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4EA" w:rsidRDefault="00412FF2">
      <w:pPr>
        <w:pStyle w:val="Ttulo"/>
        <w:jc w:val="center"/>
      </w:pPr>
      <w:r>
        <w:t>Memória descritiva e justificativa</w:t>
      </w:r>
    </w:p>
    <w:p w:rsidR="000004EA" w:rsidRDefault="00412FF2">
      <w:pPr>
        <w:spacing w:after="240"/>
        <w:jc w:val="center"/>
      </w:pPr>
      <w:r>
        <w:rPr>
          <w:b/>
          <w:sz w:val="24"/>
        </w:rPr>
        <w:t>Reposição e reparação de infraestrutura ou equipamento público</w:t>
      </w:r>
    </w:p>
    <w:tbl>
      <w:tblPr>
        <w:tblStyle w:val="TabelaSimples5"/>
        <w:tblW w:w="0" w:type="auto"/>
        <w:tblLayout w:type="fixed"/>
        <w:tblLook w:val="04A0" w:firstRow="1" w:lastRow="0" w:firstColumn="1" w:lastColumn="0" w:noHBand="0" w:noVBand="1"/>
      </w:tblPr>
      <w:tblGrid>
        <w:gridCol w:w="3024"/>
        <w:gridCol w:w="6984"/>
      </w:tblGrid>
      <w:tr w:rsidR="00CD1979" w:rsidRPr="00CD1979" w:rsidTr="00CD1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24" w:type="dxa"/>
          </w:tcPr>
          <w:p w:rsidR="000004EA" w:rsidRPr="00CD1979" w:rsidRDefault="00412FF2" w:rsidP="00CD1979">
            <w:pPr>
              <w:spacing w:before="20" w:after="20"/>
              <w:ind w:left="180"/>
              <w:jc w:val="left"/>
              <w:rPr>
                <w:color w:val="auto"/>
              </w:rPr>
            </w:pPr>
            <w:proofErr w:type="spellStart"/>
            <w:r w:rsidRPr="00CD1979">
              <w:rPr>
                <w:b/>
                <w:color w:val="auto"/>
                <w:sz w:val="18"/>
              </w:rPr>
              <w:t>Elemento</w:t>
            </w:r>
            <w:proofErr w:type="spellEnd"/>
          </w:p>
        </w:tc>
        <w:tc>
          <w:tcPr>
            <w:tcW w:w="6984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b/>
                <w:color w:val="auto"/>
                <w:sz w:val="18"/>
              </w:rPr>
              <w:t>Identificação</w:t>
            </w:r>
          </w:p>
        </w:tc>
      </w:tr>
      <w:tr w:rsidR="00CD1979" w:rsidRPr="00CD1979" w:rsidTr="00CD1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0004EA" w:rsidRPr="00CD1979" w:rsidRDefault="00412FF2" w:rsidP="00CD1979">
            <w:pPr>
              <w:spacing w:before="20" w:after="20"/>
              <w:ind w:left="180"/>
              <w:jc w:val="left"/>
              <w:rPr>
                <w:color w:val="auto"/>
              </w:rPr>
            </w:pPr>
            <w:proofErr w:type="spellStart"/>
            <w:r w:rsidRPr="00CD1979">
              <w:rPr>
                <w:color w:val="auto"/>
                <w:sz w:val="18"/>
              </w:rPr>
              <w:t>Designação</w:t>
            </w:r>
            <w:proofErr w:type="spellEnd"/>
            <w:r w:rsidRPr="00CD1979">
              <w:rPr>
                <w:color w:val="auto"/>
                <w:sz w:val="18"/>
              </w:rPr>
              <w:t xml:space="preserve"> da </w:t>
            </w:r>
            <w:proofErr w:type="spellStart"/>
            <w:r w:rsidRPr="00CD1979">
              <w:rPr>
                <w:color w:val="auto"/>
                <w:sz w:val="18"/>
              </w:rPr>
              <w:t>operação</w:t>
            </w:r>
            <w:proofErr w:type="spellEnd"/>
          </w:p>
        </w:tc>
        <w:tc>
          <w:tcPr>
            <w:tcW w:w="6984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[Designação]</w:t>
            </w:r>
          </w:p>
        </w:tc>
      </w:tr>
      <w:tr w:rsidR="00CD1979" w:rsidRPr="00CD1979" w:rsidTr="00CD19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0004EA" w:rsidRPr="00CD1979" w:rsidRDefault="00412FF2" w:rsidP="00CD1979">
            <w:pPr>
              <w:spacing w:before="20" w:after="20"/>
              <w:ind w:left="180"/>
              <w:jc w:val="left"/>
              <w:rPr>
                <w:color w:val="auto"/>
              </w:rPr>
            </w:pPr>
            <w:proofErr w:type="spellStart"/>
            <w:r w:rsidRPr="00CD1979">
              <w:rPr>
                <w:color w:val="auto"/>
                <w:sz w:val="18"/>
              </w:rPr>
              <w:t>Entidade</w:t>
            </w:r>
            <w:proofErr w:type="spellEnd"/>
            <w:r w:rsidRPr="00CD1979">
              <w:rPr>
                <w:color w:val="auto"/>
                <w:sz w:val="18"/>
              </w:rPr>
              <w:t xml:space="preserve"> </w:t>
            </w:r>
            <w:proofErr w:type="spellStart"/>
            <w:r w:rsidRPr="00CD1979">
              <w:rPr>
                <w:color w:val="auto"/>
                <w:sz w:val="18"/>
              </w:rPr>
              <w:t>promotora</w:t>
            </w:r>
            <w:proofErr w:type="spellEnd"/>
          </w:p>
        </w:tc>
        <w:tc>
          <w:tcPr>
            <w:tcW w:w="6984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[Entidade]</w:t>
            </w:r>
          </w:p>
        </w:tc>
      </w:tr>
      <w:tr w:rsidR="00CD1979" w:rsidRPr="00CD1979" w:rsidTr="00CD1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0004EA" w:rsidRPr="00CD1979" w:rsidRDefault="00412FF2" w:rsidP="00CD1979">
            <w:pPr>
              <w:spacing w:before="20" w:after="20"/>
              <w:ind w:left="180"/>
              <w:jc w:val="left"/>
              <w:rPr>
                <w:color w:val="auto"/>
              </w:rPr>
            </w:pPr>
            <w:proofErr w:type="spellStart"/>
            <w:r w:rsidRPr="00CD1979">
              <w:rPr>
                <w:color w:val="auto"/>
                <w:sz w:val="18"/>
              </w:rPr>
              <w:t>Evento</w:t>
            </w:r>
            <w:proofErr w:type="spellEnd"/>
            <w:r w:rsidRPr="00CD1979">
              <w:rPr>
                <w:color w:val="auto"/>
                <w:sz w:val="18"/>
              </w:rPr>
              <w:t xml:space="preserve"> e </w:t>
            </w:r>
            <w:proofErr w:type="spellStart"/>
            <w:r w:rsidRPr="00CD1979">
              <w:rPr>
                <w:color w:val="auto"/>
                <w:sz w:val="18"/>
              </w:rPr>
              <w:t>período</w:t>
            </w:r>
            <w:proofErr w:type="spellEnd"/>
          </w:p>
        </w:tc>
        <w:tc>
          <w:tcPr>
            <w:tcW w:w="6984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[Tipo de evento] | [data ou período]</w:t>
            </w:r>
          </w:p>
        </w:tc>
      </w:tr>
      <w:tr w:rsidR="00CD1979" w:rsidRPr="00CD1979" w:rsidTr="00CD19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4" w:type="dxa"/>
          </w:tcPr>
          <w:p w:rsidR="000004EA" w:rsidRPr="00CD1979" w:rsidRDefault="00412FF2" w:rsidP="00CD1979">
            <w:pPr>
              <w:spacing w:before="20" w:after="20"/>
              <w:ind w:left="180"/>
              <w:jc w:val="left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 xml:space="preserve">Regime de </w:t>
            </w:r>
            <w:proofErr w:type="spellStart"/>
            <w:r w:rsidRPr="00CD1979">
              <w:rPr>
                <w:color w:val="auto"/>
                <w:sz w:val="18"/>
              </w:rPr>
              <w:t>apoio</w:t>
            </w:r>
            <w:proofErr w:type="spellEnd"/>
          </w:p>
        </w:tc>
        <w:tc>
          <w:tcPr>
            <w:tcW w:w="6984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 xml:space="preserve">[Fundo, </w:t>
            </w:r>
            <w:proofErr w:type="spellStart"/>
            <w:r w:rsidRPr="00CD1979">
              <w:rPr>
                <w:color w:val="auto"/>
                <w:sz w:val="18"/>
              </w:rPr>
              <w:t>programa</w:t>
            </w:r>
            <w:proofErr w:type="spellEnd"/>
            <w:r w:rsidRPr="00CD1979">
              <w:rPr>
                <w:color w:val="auto"/>
                <w:sz w:val="18"/>
              </w:rPr>
              <w:t xml:space="preserve"> </w:t>
            </w:r>
            <w:proofErr w:type="spellStart"/>
            <w:r w:rsidRPr="00CD1979">
              <w:rPr>
                <w:color w:val="auto"/>
                <w:sz w:val="18"/>
              </w:rPr>
              <w:t>ou</w:t>
            </w:r>
            <w:proofErr w:type="spellEnd"/>
            <w:r w:rsidRPr="00CD1979">
              <w:rPr>
                <w:color w:val="auto"/>
                <w:sz w:val="18"/>
              </w:rPr>
              <w:t xml:space="preserve"> aviso aplicável]</w:t>
            </w:r>
          </w:p>
        </w:tc>
      </w:tr>
    </w:tbl>
    <w:p w:rsidR="000004EA" w:rsidRDefault="000004EA">
      <w:pPr>
        <w:spacing w:after="20"/>
      </w:pPr>
    </w:p>
    <w:p w:rsidR="000004EA" w:rsidRDefault="00412FF2">
      <w:pPr>
        <w:pStyle w:val="Cabealho1"/>
      </w:pPr>
      <w:r>
        <w:t>Enquadramento</w:t>
      </w:r>
    </w:p>
    <w:p w:rsidR="000004EA" w:rsidRDefault="00412FF2">
      <w:r>
        <w:t>Na sequência de [identificação do evento], ocorrido em [data ou período], foram verificados danos em [tipo de infraestrutura ou equipamento público]. Os danos afetaram as condições de segurança e/ou funcionamento do bem, tornando necessária a realização de trabalhos de reparação e reposição.</w:t>
      </w:r>
    </w:p>
    <w:p w:rsidR="000004EA" w:rsidRDefault="00412FF2">
      <w:r>
        <w:t>A presente intervenção é submetida ao abrigo de [referência ao regime de apoio e ao ato aplicável]. A sua execução visa repor as condições de utilização existentes antes do evento, de acordo com as características técnicas do bem e com os requisitos aplicáveis.</w:t>
      </w:r>
    </w:p>
    <w:p w:rsidR="000004EA" w:rsidRDefault="00412FF2">
      <w:pPr>
        <w:pStyle w:val="Cabealho1"/>
      </w:pPr>
      <w:proofErr w:type="spellStart"/>
      <w:r>
        <w:t>Intervenção</w:t>
      </w:r>
      <w:proofErr w:type="spellEnd"/>
      <w:r>
        <w:t xml:space="preserve"> “Nome da </w:t>
      </w:r>
      <w:proofErr w:type="spellStart"/>
      <w:r>
        <w:t>Intervenção</w:t>
      </w:r>
      <w:proofErr w:type="spellEnd"/>
      <w:r>
        <w:t>”</w:t>
      </w:r>
    </w:p>
    <w:p w:rsidR="000004EA" w:rsidRDefault="00412FF2">
      <w:r>
        <w:t>O bem em causa corresponde a [descrição breve e função]. Em resultado do evento, verificou-se [descrição objetiva dos danos, incluindo os componentes afetados e a extensão observada]. A situação compromete [segurança, funcionamento, circulação ou utilização], conforme demonstrado pelos registos fotográficos e elementos técnicos anexos.</w:t>
      </w:r>
    </w:p>
    <w:p w:rsidR="000004EA" w:rsidRDefault="00412FF2">
      <w:r>
        <w:t>A intervenção proposta consiste em [descrição dos trabalhos a realizar], incluindo, quando aplicável, a remoção dos elementos irrecuperáveis, limpeza, fornecimento e aplicação de materiais, substituição ou reparação de componentes e verificação final. Estes trabalhos são considerados necessários para restabelecer as condições de segurança e funcionamento do bem.</w:t>
      </w:r>
    </w:p>
    <w:p w:rsidR="000004EA" w:rsidRDefault="00412FF2">
      <w:r>
        <w:t>O custo foi estimado com base em [mapa de quantidades, orçamento ou preços unitários]. O valor apresentado considera [indicar componentes incluídas] e observa as regras aplicáveis à elegibilidade da despesa, do IVA e de eventuais compensações por seguro ou outras fontes de financiamento.</w:t>
      </w:r>
    </w:p>
    <w:p w:rsidR="000004EA" w:rsidRDefault="00412FF2">
      <w:r>
        <w:br w:type="page"/>
      </w:r>
    </w:p>
    <w:p w:rsidR="000004EA" w:rsidRDefault="00412FF2">
      <w:pPr>
        <w:pStyle w:val="Cabealho1"/>
      </w:pPr>
      <w:r>
        <w:lastRenderedPageBreak/>
        <w:t>Estimativa do custo da intervenção</w:t>
      </w:r>
    </w:p>
    <w:tbl>
      <w:tblPr>
        <w:tblStyle w:val="TabelaSimples2"/>
        <w:tblW w:w="0" w:type="auto"/>
        <w:tblLayout w:type="fixed"/>
        <w:tblLook w:val="04A0" w:firstRow="1" w:lastRow="0" w:firstColumn="1" w:lastColumn="0" w:noHBand="0" w:noVBand="1"/>
      </w:tblPr>
      <w:tblGrid>
        <w:gridCol w:w="1656"/>
        <w:gridCol w:w="2376"/>
        <w:gridCol w:w="1584"/>
        <w:gridCol w:w="1080"/>
        <w:gridCol w:w="1800"/>
        <w:gridCol w:w="1512"/>
      </w:tblGrid>
      <w:tr w:rsidR="00CD1979" w:rsidRPr="00CD1979" w:rsidTr="00CD19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:rsidR="000004EA" w:rsidRPr="00CD1979" w:rsidRDefault="00412FF2">
            <w:pPr>
              <w:spacing w:before="20" w:after="2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Tipologia</w:t>
            </w:r>
          </w:p>
        </w:tc>
        <w:tc>
          <w:tcPr>
            <w:tcW w:w="2376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Designação da intervenção</w:t>
            </w:r>
          </w:p>
        </w:tc>
        <w:tc>
          <w:tcPr>
            <w:tcW w:w="1584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Valor da execução</w:t>
            </w:r>
          </w:p>
        </w:tc>
        <w:tc>
          <w:tcPr>
            <w:tcW w:w="1080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IVA ([taxa])</w:t>
            </w:r>
          </w:p>
        </w:tc>
        <w:tc>
          <w:tcPr>
            <w:tcW w:w="1800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Revisão de preços ([%]), se aplicável</w:t>
            </w:r>
          </w:p>
        </w:tc>
        <w:tc>
          <w:tcPr>
            <w:tcW w:w="1512" w:type="dxa"/>
          </w:tcPr>
          <w:p w:rsidR="000004EA" w:rsidRPr="00CD1979" w:rsidRDefault="00412FF2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Total elegível</w:t>
            </w:r>
          </w:p>
        </w:tc>
      </w:tr>
      <w:tr w:rsidR="00CD1979" w:rsidRPr="00CD1979" w:rsidTr="00CD1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:rsidR="000004EA" w:rsidRPr="00CD1979" w:rsidRDefault="00412FF2">
            <w:pPr>
              <w:spacing w:before="20" w:after="2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</w:t>
            </w:r>
            <w:proofErr w:type="spellStart"/>
            <w:r w:rsidRPr="00CD1979">
              <w:rPr>
                <w:color w:val="auto"/>
                <w:sz w:val="18"/>
              </w:rPr>
              <w:t>Categoria</w:t>
            </w:r>
            <w:proofErr w:type="spellEnd"/>
            <w:r w:rsidRPr="00CD1979">
              <w:rPr>
                <w:color w:val="auto"/>
                <w:sz w:val="18"/>
              </w:rPr>
              <w:t>]</w:t>
            </w:r>
          </w:p>
        </w:tc>
        <w:tc>
          <w:tcPr>
            <w:tcW w:w="2376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[Designação da intervenção]</w:t>
            </w:r>
          </w:p>
        </w:tc>
        <w:tc>
          <w:tcPr>
            <w:tcW w:w="1584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080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800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512" w:type="dxa"/>
          </w:tcPr>
          <w:p w:rsidR="000004EA" w:rsidRPr="00CD1979" w:rsidRDefault="00412FF2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</w:tr>
      <w:tr w:rsidR="00CD1979" w:rsidRPr="00CD1979" w:rsidTr="00CD19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56" w:type="dxa"/>
          </w:tcPr>
          <w:p w:rsidR="000004EA" w:rsidRPr="00CD1979" w:rsidRDefault="00412FF2">
            <w:pPr>
              <w:spacing w:before="20" w:after="2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Total</w:t>
            </w:r>
          </w:p>
        </w:tc>
        <w:tc>
          <w:tcPr>
            <w:tcW w:w="2376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—</w:t>
            </w:r>
          </w:p>
        </w:tc>
        <w:tc>
          <w:tcPr>
            <w:tcW w:w="1584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080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800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  <w:tc>
          <w:tcPr>
            <w:tcW w:w="1512" w:type="dxa"/>
          </w:tcPr>
          <w:p w:rsidR="000004EA" w:rsidRPr="00CD1979" w:rsidRDefault="00412FF2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CD1979">
              <w:rPr>
                <w:color w:val="auto"/>
                <w:sz w:val="18"/>
              </w:rPr>
              <w:t>[€]</w:t>
            </w:r>
          </w:p>
        </w:tc>
      </w:tr>
    </w:tbl>
    <w:p w:rsidR="000004EA" w:rsidRDefault="000004EA">
      <w:pPr>
        <w:spacing w:after="20"/>
      </w:pPr>
    </w:p>
    <w:p w:rsidR="000004EA" w:rsidRDefault="00412FF2">
      <w:r>
        <w:rPr>
          <w:b/>
        </w:rPr>
        <w:t xml:space="preserve">Prazo de execução. </w:t>
      </w:r>
      <w:r>
        <w:t>Estima-se que os trabalhos decorram durante [n.º] [dias/meses], com início previsto em [data/período].</w:t>
      </w:r>
    </w:p>
    <w:p w:rsidR="000004EA" w:rsidRDefault="00412FF2">
      <w:r>
        <w:rPr>
          <w:b/>
        </w:rPr>
        <w:t>Registos dos da</w:t>
      </w:r>
      <w:bookmarkStart w:id="0" w:name="_GoBack"/>
      <w:bookmarkEnd w:id="0"/>
      <w:r>
        <w:rPr>
          <w:b/>
        </w:rPr>
        <w:t xml:space="preserve">nos. </w:t>
      </w:r>
      <w:r>
        <w:t>Juntam-se fotografias que documentam o estado observado e os componentes afetados, associadas à referência da intervenção.</w:t>
      </w:r>
    </w:p>
    <w:p w:rsidR="000004EA" w:rsidRDefault="00412FF2">
      <w:pPr>
        <w:spacing w:before="40" w:after="80"/>
      </w:pPr>
      <w:r>
        <w:rPr>
          <w:b/>
          <w:sz w:val="20"/>
        </w:rPr>
        <w:t>Registo fotográfico da intervenção</w:t>
      </w:r>
    </w:p>
    <w:tbl>
      <w:tblPr>
        <w:tblW w:w="0" w:type="auto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008"/>
      </w:tblGrid>
      <w:tr w:rsidR="000004EA">
        <w:trPr>
          <w:jc w:val="center"/>
        </w:trPr>
        <w:tc>
          <w:tcPr>
            <w:tcW w:w="10008" w:type="dxa"/>
            <w:vAlign w:val="center"/>
          </w:tcPr>
          <w:p w:rsidR="000004EA" w:rsidRDefault="00412FF2">
            <w:pPr>
              <w:spacing w:before="280" w:after="280"/>
              <w:jc w:val="center"/>
            </w:pPr>
            <w:r>
              <w:rPr>
                <w:i/>
                <w:color w:val="69737D"/>
                <w:sz w:val="18"/>
              </w:rPr>
              <w:t>[Inserir fotografia(s) do dano observado]</w:t>
            </w:r>
          </w:p>
        </w:tc>
      </w:tr>
    </w:tbl>
    <w:p w:rsidR="000004EA" w:rsidRDefault="00412FF2">
      <w:pPr>
        <w:spacing w:before="180" w:after="80"/>
      </w:pPr>
      <w:r>
        <w:rPr>
          <w:b/>
          <w:sz w:val="24"/>
        </w:rPr>
        <w:t>Síntese da operação</w:t>
      </w:r>
    </w:p>
    <w:p w:rsidR="000004EA" w:rsidRDefault="00412FF2">
      <w:r>
        <w:t>A intervenção descrita permitirá repor as condições de segurança e funcionamento do bem afetado. O investimento elegível estimado ascende a [€], ao qual corresponde uma comparticipação de [percentagem]% no montante de [€], nos termos do regime de apoio aplicável.</w:t>
      </w:r>
    </w:p>
    <w:p w:rsidR="000004EA" w:rsidRDefault="00412FF2">
      <w:pPr>
        <w:spacing w:before="160"/>
        <w:jc w:val="right"/>
      </w:pPr>
      <w:r>
        <w:rPr>
          <w:i/>
        </w:rPr>
        <w:t>[Data]</w:t>
      </w:r>
    </w:p>
    <w:sectPr w:rsidR="000004EA" w:rsidSect="00034616">
      <w:headerReference w:type="default" r:id="rId8"/>
      <w:footerReference w:type="default" r:id="rId9"/>
      <w:pgSz w:w="12240" w:h="15840"/>
      <w:pgMar w:top="1037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038" w:rsidRDefault="00412FF2">
      <w:pPr>
        <w:spacing w:after="0" w:line="240" w:lineRule="auto"/>
      </w:pPr>
      <w:r>
        <w:separator/>
      </w:r>
    </w:p>
  </w:endnote>
  <w:endnote w:type="continuationSeparator" w:id="0">
    <w:p w:rsidR="00065038" w:rsidRDefault="00412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4EA" w:rsidRDefault="00412FF2">
    <w:pPr>
      <w:pStyle w:val="Rodap"/>
      <w:jc w:val="center"/>
    </w:pPr>
    <w:r>
      <w:rPr>
        <w:color w:val="5F6973"/>
        <w:sz w:val="16"/>
      </w:rPr>
      <w:t>Documento anonimizado  •  campos entre parênteses retos a preencher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038" w:rsidRDefault="00412FF2">
      <w:pPr>
        <w:spacing w:after="0" w:line="240" w:lineRule="auto"/>
      </w:pPr>
      <w:r>
        <w:separator/>
      </w:r>
    </w:p>
  </w:footnote>
  <w:footnote w:type="continuationSeparator" w:id="0">
    <w:p w:rsidR="00065038" w:rsidRDefault="00412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4EA" w:rsidRDefault="00412FF2">
    <w:pPr>
      <w:pStyle w:val="Cabealho"/>
      <w:jc w:val="right"/>
    </w:pPr>
    <w:r>
      <w:rPr>
        <w:color w:val="5F6973"/>
        <w:sz w:val="16"/>
      </w:rPr>
      <w:t>MODELO DE EXEMPLO  |  UMA INTERVENÇÃO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mmarc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mmarc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04EA"/>
    <w:rsid w:val="00034616"/>
    <w:rsid w:val="0006063C"/>
    <w:rsid w:val="00065038"/>
    <w:rsid w:val="0015074B"/>
    <w:rsid w:val="0029639D"/>
    <w:rsid w:val="00326F90"/>
    <w:rsid w:val="00412FF2"/>
    <w:rsid w:val="00AA1D8D"/>
    <w:rsid w:val="00B47730"/>
    <w:rsid w:val="00CB0664"/>
    <w:rsid w:val="00CD19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1227F1D-2464-4D78-84E4-1F7E189C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ptos" w:eastAsia="Aptos" w:hAnsi="Aptos"/>
      <w:color w:val="232D37"/>
      <w:sz w:val="21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000000"/>
      <w:sz w:val="23"/>
      <w:szCs w:val="26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bealho6">
    <w:name w:val="heading 6"/>
    <w:basedOn w:val="Normal"/>
    <w:next w:val="Normal"/>
    <w:link w:val="Cabealho6Car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18BF"/>
  </w:style>
  <w:style w:type="paragraph" w:styleId="Rodap">
    <w:name w:val="footer"/>
    <w:basedOn w:val="Normal"/>
    <w:link w:val="Rodap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Cabealho1Carter">
    <w:name w:val="Cabeçalho 1 Caráter"/>
    <w:basedOn w:val="Tipodeletrapredefinidodopargrafo"/>
    <w:link w:val="Cabealh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ter"/>
    <w:uiPriority w:val="10"/>
    <w:qFormat/>
    <w:rsid w:val="00FC693F"/>
    <w:pPr>
      <w:spacing w:before="200" w:after="1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40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AA1D8D"/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A1D8D"/>
  </w:style>
  <w:style w:type="paragraph" w:styleId="Corpodetexto2">
    <w:name w:val="Body Text 2"/>
    <w:basedOn w:val="Normal"/>
    <w:link w:val="Corpodetexto2Carter"/>
    <w:uiPriority w:val="99"/>
    <w:unhideWhenUsed/>
    <w:rsid w:val="00AA1D8D"/>
    <w:pPr>
      <w:spacing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AA1D8D"/>
  </w:style>
  <w:style w:type="paragraph" w:styleId="Corpodetexto3">
    <w:name w:val="Body Text 3"/>
    <w:basedOn w:val="Normal"/>
    <w:link w:val="Corpodetexto3Carter"/>
    <w:uiPriority w:val="99"/>
    <w:unhideWhenUsed/>
    <w:rsid w:val="00AA1D8D"/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mmarc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mmarc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mmarc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ar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arter">
    <w:name w:val="Texto de macro Caráter"/>
    <w:basedOn w:val="Tipodeletrapredefinidodopargraf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arter"/>
    <w:uiPriority w:val="29"/>
    <w:qFormat/>
    <w:rsid w:val="00FC693F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C693F"/>
    <w:rPr>
      <w:i/>
      <w:iCs/>
      <w:color w:val="000000" w:themeColor="text1"/>
    </w:rPr>
  </w:style>
  <w:style w:type="character" w:customStyle="1" w:styleId="Cabealho4Carter">
    <w:name w:val="Cabeçalho 4 Caráter"/>
    <w:basedOn w:val="Tipodeletrapredefinidodopargrafo"/>
    <w:link w:val="Cabealh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abealho6Carter">
    <w:name w:val="Cabeçalho 6 Caráter"/>
    <w:basedOn w:val="Tipodeletrapredefinidodopargrafo"/>
    <w:link w:val="Cabealh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abealho7Carter">
    <w:name w:val="Cabeçalho 7 Caráter"/>
    <w:basedOn w:val="Tipodeletrapredefinidodopargrafo"/>
    <w:link w:val="Cabealh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Tipodeletrapredefinidodopargrafo"/>
    <w:uiPriority w:val="22"/>
    <w:qFormat/>
    <w:rsid w:val="00FC693F"/>
    <w:rPr>
      <w:b/>
      <w:bCs/>
    </w:rPr>
  </w:style>
  <w:style w:type="character" w:styleId="nfase">
    <w:name w:val="Emphasis"/>
    <w:basedOn w:val="Tipodeletrapredefinidodopargraf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Discreto">
    <w:name w:val="Subtle Emphasis"/>
    <w:basedOn w:val="Tipodeletrapredefinidodopargrafo"/>
    <w:uiPriority w:val="19"/>
    <w:qFormat/>
    <w:rsid w:val="00FC693F"/>
    <w:rPr>
      <w:i/>
      <w:iCs/>
      <w:color w:val="808080" w:themeColor="text1" w:themeTint="7F"/>
    </w:rPr>
  </w:style>
  <w:style w:type="character" w:styleId="nfaseIntenso">
    <w:name w:val="Intense Emphasis"/>
    <w:basedOn w:val="Tipodeletrapredefinidodopargraf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FC693F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39"/>
    <w:semiHidden/>
    <w:unhideWhenUsed/>
    <w:qFormat/>
    <w:rsid w:val="00FC693F"/>
    <w:pPr>
      <w:outlineLvl w:val="9"/>
    </w:pPr>
  </w:style>
  <w:style w:type="table" w:styleId="Tabelacomgrelha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Cor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Cor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Cor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Cor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Cor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Cor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elha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elhaClara-Cor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elhaClara-Cor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elhaClara-Cor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elhaClara-Cor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elhaClara-Cor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elhaClara-Cor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Cor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Cor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Cor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Cor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Mdia1-Cor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Mdia1-Cor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Mdia1-Cor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Mdia1-Cor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Mdia1-Cor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Mdia1-Cor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elha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elhaMdia3-Cor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elhaMdia3-Cor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elhaMdia3-Cor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elhaMdia3-Cor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elhaMdia3-Cor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Cor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Cor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Cor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Cor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Cor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Cor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Colorido-Cor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Cor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Cor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Cor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Cor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Cor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Cor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elha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olorida-Cor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Colorida-Cor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Colorida-Cor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Colorida-Cor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Colorida-Cor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Colorida-Cor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TabelaSimples5">
    <w:name w:val="Plain Table 5"/>
    <w:basedOn w:val="Tabelanormal"/>
    <w:uiPriority w:val="99"/>
    <w:rsid w:val="00CD197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mples2">
    <w:name w:val="Plain Table 2"/>
    <w:basedOn w:val="Tabelanormal"/>
    <w:uiPriority w:val="99"/>
    <w:rsid w:val="00CD197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DE965D-4026-467F-A519-F027CF9F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2338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Modelo de exemplo de memória descritiva com uma intervenção</vt:lpstr>
      <vt:lpstr/>
    </vt:vector>
  </TitlesOfParts>
  <Manager/>
  <Company>CCDR Centro</Company>
  <LinksUpToDate>false</LinksUpToDate>
  <CharactersWithSpaces>2765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exemplo de memória descritiva com uma intervenção</dc:title>
  <dc:subject/>
  <dc:creator>Rita Bronze</dc:creator>
  <cp:keywords/>
  <dc:description/>
  <cp:lastModifiedBy>Rita Bronze</cp:lastModifiedBy>
  <cp:revision>3</cp:revision>
  <dcterms:created xsi:type="dcterms:W3CDTF">2026-10-19T16:05:00Z</dcterms:created>
  <dcterms:modified xsi:type="dcterms:W3CDTF">2026-11-06T09:44:00Z</dcterms:modified>
  <cp:category/>
</cp:coreProperties>
</file>